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L084</w:t>
      </w:r>
    </w:p>
    <w:p>
      <w:pPr>
        <w:pStyle w:val="Heading1"/>
        <w:jc w:val="center"/>
      </w:pPr>
      <w:r>
        <w:rPr>
          <w:color w:val="052D57"/>
        </w:rPr>
        <w:t>Teacher guide: Geometry connections and repair</w:t>
      </w:r>
    </w:p>
    <w:p>
      <w:r>
        <w:t>Objective: Connect geometry methods and repair weaknesses revealed by evidence.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vector reasoning pathway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geometry connections and repair.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Contrast a diagram's appearance with given facts; choose angle, length or vector methods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Solve a mixed geometry task and name the facts used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Compare corrected responses with the original diagnostic and a fresh unprompted question. Record the misconception repaired and a delayed check.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L084: Geometry connections and repair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Connect geometry methods and repair weaknesses revealed by evidence.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circle has centre O, tangent at T and chord through T. Explain the right angle between OT and tangent.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translated quadrilateral keeps all side lengths. Explain why translation also preserves parallel sides.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Compare corrected responses with the original diagnostic and a fresh unprompted question. Record the misconception repaired and a delayed check.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