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Learner assessment: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graph transformations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Describe transformations from y=x² to y=(x+3)²+2 and state turning point.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says y=(x−4)² moves left 4. Correct using a point on the original graph.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