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Learner assessment: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equation-solving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3x²−15x=0 and check both solutions.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Solve x+y=11 and 2x−y=4, then show both checks.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equation-solving pathway.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