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L089</w:t>
      </w:r>
    </w:p>
    <w:p>
      <w:pPr>
        <w:pStyle w:val="Heading1"/>
        <w:jc w:val="center"/>
      </w:pPr>
      <w:r>
        <w:rPr>
          <w:color w:val="052D57"/>
        </w:rPr>
        <w:t>Learner workbook: Rates from graphs pathway</w:t>
      </w:r>
    </w:p>
    <w:p>
      <w:r>
        <w:t>Objective: Interpret rates and areas from graphs at the appropriate tier.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89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cumulative checkpoint 7 and feedback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rates from graphs pathway.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Foundation: straight-line rates and simple speed graphs.</w:t>
      </w:r>
    </w:p>
    <w:p>
      <w:pPr>
        <w:pStyle w:val="ListBullet"/>
      </w:pPr>
      <w:r>
        <w:t>Higher: tangents and estimates of area under curves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rates from graphs pathway.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A velocity increases uniformly from 4 to 16 m/s in 6 s. Find acceleration and distance.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velocity-time graph dips below the time axis. What does negative area mean?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A graph is drawn for a real context. Interpret the gradient, intercept or area as appropriate. State units and justify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L089: Rates from graphs pathway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Interpret rates and areas from graphs at the appropriate tier.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read or constructed the graph accurately, used the scale and axes correctly and linked the relevant gradient, intercept, shape or trend to my conclusion.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label units and scale clearly, show the calculation or graphical evidence I used and check that the interpretation fits the context.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velocity increases uniformly from 4 to 16 m/s in 6 s. Find acceleration and distance.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velocity-time graph dips below the time axis. What does negative area mean?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