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L091</w:t>
      </w:r>
    </w:p>
    <w:p>
      <w:pPr>
        <w:pStyle w:val="Heading1"/>
        <w:jc w:val="center"/>
      </w:pPr>
      <w:r>
        <w:rPr>
          <w:color w:val="052D57"/>
        </w:rPr>
        <w:t>Teacher guide: Proof and algebraic structure</w:t>
      </w:r>
    </w:p>
    <w:p>
      <w:r>
        <w:t>Objective: Explain algebraic structure and build a logical argument.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circle equations pathway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proof and algebraic structure.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Foundation: equivalence and numerical counterexamples. Higher: algebraic fractions, manipulation and proof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Critique an argument, then write a justified solution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Check the formative mini-test and independent workbook response against the objective. Use the teacher answers or mark guidance; group errors for reteaching. NC/C selected to purpose; label each question.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L091: Proof and algebraic structure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Explain algebraic structure and build a logical argument.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represented the algebraic structure accurately, kept each transformation valid and checked the result by substitution, graph or equivalent reasoning.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show the missing inverse operation or algebraic step, keep signs and brackets accurate and test the result in the original relationship.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Prove the product of two consecutive integers is even.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Prove the sum of three consecutive integers is divisible by 3.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