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L093</w:t>
      </w:r>
    </w:p>
    <w:p>
      <w:pPr>
        <w:pStyle w:val="Heading1"/>
        <w:jc w:val="center"/>
      </w:pPr>
      <w:r>
        <w:rPr>
          <w:color w:val="052D57"/>
        </w:rPr>
        <w:t>Flipped learning: Number and ratio consolidation</w:t>
      </w:r>
    </w:p>
    <w:p>
      <w:r>
        <w:t>Objective: Retrieve and connect number, ratio and proportional methods.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Split £96 in ratio 1:3:4 and check the total.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