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Learner assessment: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algebra consolidation.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x²−x−20=0 and verify by expansion.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Find k so that x²+kx+12=(x+3)(x+4).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algebra consolidation.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