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Knowledge organiser: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equations, expressions and graphs; require a method-selection explanation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Find k so that x²+kx+12=(x+3)(x+4).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