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Learner workbook: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number and ratio consolidation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algebra consolidation.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equations, expressions and graphs; require a method-selection explanation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algebra consolidation.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x²−x−20=0 and verify by expansion.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Find k so that x²+kx+12=(x+3)(x+4).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algebra consolidation.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L094: Algebra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Retrieve and connect algebraic methods at the chosen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x²−x−20=0 and verify by expansion.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Find k so that x²+kx+12=(x+3)(x+4).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