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L096</w:t>
      </w:r>
    </w:p>
    <w:p>
      <w:pPr>
        <w:pStyle w:val="Heading1"/>
        <w:jc w:val="center"/>
      </w:pPr>
      <w:r>
        <w:rPr>
          <w:color w:val="052D57"/>
        </w:rPr>
        <w:t>Learner assessment: Coverage diagnostic and repair</w:t>
      </w:r>
    </w:p>
    <w:p>
      <w:r>
        <w:t>Objective: Identify remaining coverage gaps and set a targeted repair plan.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coverage diagnostic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Find area of a triangle with base 14 cm and height 9 cm, and P(red) from 7 red and 5 blue.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An error log shows repeated percentage and equation mistakes. Propose two different fresh checks and what they test.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coverage diagnostic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