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L096</w:t>
      </w:r>
    </w:p>
    <w:p>
      <w:pPr>
        <w:pStyle w:val="Heading1"/>
        <w:jc w:val="center"/>
      </w:pPr>
      <w:r>
        <w:rPr>
          <w:color w:val="052D57"/>
        </w:rPr>
        <w:t>Teacher guide: Coverage diagnostic and repair</w:t>
      </w:r>
    </w:p>
    <w:p>
      <w:r>
        <w:t>Objective: Identify remaining coverage gaps and set a targeted repair plan.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geometry probability and statistics consolidation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coverage diagnostic and repair.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Use a balanced tier-specific diagnostic and teacher review of reasoning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Repair two priorities before the first mock cycle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Compare corrected responses with the original diagnostic and a fresh unprompted question. Record the misconception repaired and a delayed check. NC/C selected to purpose; label each question.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L096: Coverage diagnostic and repair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Identify remaining coverage gaps and set a targeted repair plan.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Find area of a triangle with base 14 cm and height 9 cm, and P(red) from 7 red and 5 blue.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An error log shows repeated percentage and equation mistakes. Propose two different fresh checks and what they test.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Compare corrected responses with the original diagnostic and a fresh unprompted question. Record the misconception repaired and a delayed check.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