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L097</w:t>
      </w:r>
    </w:p>
    <w:p>
      <w:pPr>
        <w:pStyle w:val="Heading1"/>
        <w:jc w:val="center"/>
      </w:pPr>
      <w:r>
        <w:rPr>
          <w:color w:val="052D57"/>
        </w:rPr>
        <w:t>Learner assessment: Mock paper 1 non-calculator</w:t>
      </w:r>
    </w:p>
    <w:p>
      <w:r>
        <w:t>Objective: Apply the chosen tier’s content independently in mock Paper 1.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mock paper 1 non-calculator.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For later feedback, not during timed work. Stretch: Without a calculator, find 7/12 of 84 and show a division-first method. Deep challenge: A learner gets 49 but writes only the answer on a two-mark question. Explain what evidence of method to add.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gets 49 but writes only the answer on a two-mark question. Explain what evidence of method to add.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mock paper 1 non-calculator.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