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L098</w:t>
      </w:r>
    </w:p>
    <w:p>
      <w:pPr>
        <w:pStyle w:val="Heading1"/>
        <w:jc w:val="center"/>
      </w:pPr>
      <w:r>
        <w:rPr>
          <w:color w:val="052D57"/>
        </w:rPr>
        <w:t>Knowledge organiser: Mock paper 2 calculator</w:t>
      </w:r>
    </w:p>
    <w:p>
      <w:r>
        <w:t>Objective: Apply the chosen tier’s content independently in mock Paper 2.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Explain paper instructions, time allocation and permitted equipment.</w:t>
      </w:r>
    </w:p>
    <w:p>
      <w:pPr>
        <w:pStyle w:val="ListBullet"/>
      </w:pPr>
      <w:r>
        <w:t>Distribute the selected 45 minute tier section; maintain exam conditions.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display shows 6.999999 after a calculation expected to be whole. What should the learner check before rounding?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