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Knowledge organiser: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rounds π to 3 before multiplying in a multistep question. Explain the risk and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