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L099</w:t>
      </w:r>
    </w:p>
    <w:p>
      <w:pPr>
        <w:pStyle w:val="Heading1"/>
        <w:jc w:val="center"/>
      </w:pPr>
      <w:r>
        <w:rPr>
          <w:color w:val="052D57"/>
        </w:rPr>
        <w:t>Teacher guide: Mock paper 3 calculator</w:t>
      </w:r>
    </w:p>
    <w:p>
      <w:r>
        <w:t>Objective: Apply the chosen tier’s content independently in mock Paper 3.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Confirm the tier, paper conditions and 45 minute section. State the objective and connect to the prior coverage diagnostic.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Before timing begins, share one exam strategy and clarify how method marks are evidenced; do not discuss answers during the assessment.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Explain paper instructions, time allocation and permitted equipment. Distribute the selected 45 minute tier section; maintain exam conditions.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the selected section independently under timed conditions. Save the full 90 minute rehearsal for a separately scheduled session.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Collect scripts. Learners note confidence and one time-management decision; mark and give method feedback at the next lesson.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Mark the selected 45 minute section using the tier mark scheme; log topic and method errors. Schedule the complete 90 minute paper separately if needed. Calculator permitted.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L099: Mock paper 3 calculator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the chosen tier’s content independently in mock Paper 3.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cylinder of radius 2.5 cm and height 12 cm has what volume to 1 d.p.?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rounds π to 3 before multiplying in a multistep question. Explain the risk and repair.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Mark the selected 45 minute section using the tier mark scheme; log topic and method errors. Schedule the complete 90 minute paper separately if needed. Calculator permitted.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