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Flipped learning: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solid enlarges by length factor 2.5. Find surface area and volume factors.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