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L102</w:t>
      </w:r>
    </w:p>
    <w:p>
      <w:pPr>
        <w:pStyle w:val="Heading1"/>
        <w:jc w:val="center"/>
      </w:pPr>
      <w:r>
        <w:rPr>
          <w:color w:val="052D57"/>
        </w:rPr>
        <w:t>Teacher mark scheme: Paper 3 feedback and repair</w:t>
      </w:r>
    </w:p>
    <w:p>
      <w:r>
        <w:t>Objective: Interpret feedback on mock Paper 3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