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60120" cy="4800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ach-for-the-Star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800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052D57"/>
          <w:sz w:val="20"/>
        </w:rPr>
        <w:t>Reach for the Star | GCSE Mathematics 1MA1 | L104</w:t>
      </w:r>
    </w:p>
    <w:p>
      <w:pPr>
        <w:pStyle w:val="Heading1"/>
        <w:jc w:val="center"/>
      </w:pPr>
      <w:r>
        <w:rPr>
          <w:color w:val="052D57"/>
        </w:rPr>
        <w:t>Learner assessment: Non-calculator number and algebra</w:t>
      </w:r>
    </w:p>
    <w:p>
      <w:r>
        <w:t>Objective: Apply number and algebra methods without a calculator.</w:t>
      </w:r>
    </w:p>
    <w:p>
      <w:r>
        <w:t>Calculator condition: Calculator allowed where labelled; non-calculator reasoning remains required.</w:t>
      </w:r>
    </w:p>
    <w:p>
      <w:pPr>
        <w:pStyle w:val="Heading2"/>
      </w:pPr>
      <w:r>
        <w:t>Mini-assessment</w:t>
      </w:r>
    </w:p>
    <w:p>
      <w:r>
        <w:t>Time: 20 minutes. Work independently. Calculator allowed where labelled; non-calculator reasoning remains required.</w:t>
      </w:r>
    </w:p>
    <w:p>
      <w:r>
        <w:t>1. Retrieve the key fact or method needed for non-calculator number and algebra.</w:t>
      </w:r>
    </w:p>
    <w:p>
      <w:r>
        <w:t>Working: ______________________________________________________________</w:t>
      </w:r>
    </w:p>
    <w:p>
      <w:r>
        <w:t>Answer: _______________________________________________________________</w:t>
      </w:r>
    </w:p>
    <w:p>
      <w:r>
        <w:t>2. Calculate 5/8−1/6 exactly and simplify.</w:t>
      </w:r>
    </w:p>
    <w:p>
      <w:r>
        <w:t>Working: ______________________________________________________________</w:t>
      </w:r>
    </w:p>
    <w:p>
      <w:r>
        <w:t>Answer: _______________________________________________________________</w:t>
      </w:r>
    </w:p>
    <w:p>
      <w:r>
        <w:t>3. Solve 2(3x−1)=4x+10 without a calculator and check.</w:t>
      </w:r>
    </w:p>
    <w:p>
      <w:r>
        <w:t>Working: ______________________________________________________________</w:t>
      </w:r>
    </w:p>
    <w:p>
      <w:r>
        <w:t>Answer: _______________________________________________________________</w:t>
      </w:r>
    </w:p>
    <w:p>
      <w:r>
        <w:t>4. Solve an exam-style problem involving non-calculator number and algebra. Show working, include a check and interpret your answer.</w:t>
      </w:r>
    </w:p>
    <w:p>
      <w:r>
        <w:t>Working: ______________________________________________________________</w:t>
      </w:r>
    </w:p>
    <w:p>
      <w:r>
        <w:t>Answer: _______________________________________________________________</w:t>
      </w:r>
    </w:p>
    <w:p>
      <w:r>
        <w:t>Self review: What is the strongest evidence that you met the objective?</w:t>
      </w:r>
    </w:p>
    <w:p>
      <w:r>
        <w:t>_______________________________________________________________________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