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L104</w:t>
      </w:r>
    </w:p>
    <w:p>
      <w:pPr>
        <w:pStyle w:val="Heading1"/>
        <w:jc w:val="center"/>
      </w:pPr>
      <w:r>
        <w:rPr>
          <w:color w:val="052D57"/>
        </w:rPr>
        <w:t>Flipped learning: Non-calculator number and algebra</w:t>
      </w:r>
    </w:p>
    <w:p>
      <w:r>
        <w:t>Objective: Apply number and algebra methods without a calculator.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Calculate 5/8−1/6 exactly and simplify.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