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L104</w:t>
      </w:r>
    </w:p>
    <w:p>
      <w:pPr>
        <w:pStyle w:val="Heading1"/>
        <w:jc w:val="center"/>
      </w:pPr>
      <w:r>
        <w:rPr>
          <w:color w:val="052D57"/>
        </w:rPr>
        <w:t>Knowledge organiser: Non-calculator number and algebra</w:t>
      </w:r>
    </w:p>
    <w:p>
      <w:r>
        <w:t>Objective: Apply number and algebra methods without a calculator.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Solve 2(3x−1)=4x+10 without a calculator and check.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