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Learner workbook: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delayed reassessment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non-calculator number and algebra.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non-calculator number and algebra.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Calculate 5/8−1/6 exactly and simplify.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Solve 2(3x−1)=4x+10 without a calculator and check.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non-calculator number and algebra.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L104: Non-calculator number and algebra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number and algebra methods without a calculator.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5/8−1/6 exactly and simplify.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Solve 2(3x−1)=4x+10 without a calculator and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